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Левые Украины: кто они и как коммунистам победить?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2022-02-20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vye-ukrainy-kto-oni-i-kak-kommunistam-pob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